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F1CA0" w14:textId="2967187F" w:rsidR="00CD3209" w:rsidRPr="003475B2" w:rsidRDefault="00000000" w:rsidP="003475B2">
      <w:pPr>
        <w:pStyle w:val="Titre1"/>
        <w:shd w:val="clear" w:color="auto" w:fill="9BBB59" w:themeFill="accent3"/>
        <w:rPr>
          <w:sz w:val="36"/>
          <w:szCs w:val="36"/>
        </w:rPr>
      </w:pPr>
      <w:r w:rsidRPr="003475B2">
        <w:rPr>
          <w:sz w:val="36"/>
          <w:szCs w:val="36"/>
        </w:rPr>
        <w:t xml:space="preserve">Table of Expenses for the Humanitarian Activity in </w:t>
      </w:r>
      <w:r w:rsidR="003475B2" w:rsidRPr="003475B2">
        <w:rPr>
          <w:sz w:val="36"/>
          <w:szCs w:val="36"/>
        </w:rPr>
        <w:t>Lereso</w:t>
      </w:r>
    </w:p>
    <w:tbl>
      <w:tblPr>
        <w:tblStyle w:val="Grilledutableau"/>
        <w:tblpPr w:leftFromText="180" w:rightFromText="180" w:horzAnchor="margin" w:tblpY="214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CD3209" w14:paraId="3EB092E8" w14:textId="77777777" w:rsidTr="003475B2">
        <w:tc>
          <w:tcPr>
            <w:tcW w:w="4320" w:type="dxa"/>
          </w:tcPr>
          <w:p w14:paraId="23F9ECB6" w14:textId="77777777" w:rsidR="00CD3209" w:rsidRDefault="00000000" w:rsidP="003475B2">
            <w:r>
              <w:t>Category of Expenses</w:t>
            </w:r>
          </w:p>
        </w:tc>
        <w:tc>
          <w:tcPr>
            <w:tcW w:w="4320" w:type="dxa"/>
          </w:tcPr>
          <w:p w14:paraId="45FAB9A4" w14:textId="77777777" w:rsidR="00CD3209" w:rsidRDefault="00000000" w:rsidP="003475B2">
            <w:r>
              <w:t>Amount (FCFA)</w:t>
            </w:r>
          </w:p>
        </w:tc>
      </w:tr>
      <w:tr w:rsidR="00CD3209" w14:paraId="460025B8" w14:textId="77777777" w:rsidTr="003475B2">
        <w:tc>
          <w:tcPr>
            <w:tcW w:w="4320" w:type="dxa"/>
          </w:tcPr>
          <w:p w14:paraId="1700AF51" w14:textId="77777777" w:rsidR="00CD3209" w:rsidRDefault="00000000" w:rsidP="003475B2">
            <w:r>
              <w:t>Food supplies</w:t>
            </w:r>
          </w:p>
        </w:tc>
        <w:tc>
          <w:tcPr>
            <w:tcW w:w="4320" w:type="dxa"/>
          </w:tcPr>
          <w:p w14:paraId="10527286" w14:textId="77777777" w:rsidR="00CD3209" w:rsidRDefault="00000000" w:rsidP="003475B2">
            <w:r>
              <w:t>1,250,000</w:t>
            </w:r>
          </w:p>
        </w:tc>
      </w:tr>
      <w:tr w:rsidR="00CD3209" w14:paraId="6ED974B8" w14:textId="77777777" w:rsidTr="003475B2">
        <w:tc>
          <w:tcPr>
            <w:tcW w:w="4320" w:type="dxa"/>
          </w:tcPr>
          <w:p w14:paraId="0EB3CFAD" w14:textId="77777777" w:rsidR="00CD3209" w:rsidRDefault="00000000" w:rsidP="003475B2">
            <w:r>
              <w:t>Construction materials (roof sheets)</w:t>
            </w:r>
          </w:p>
        </w:tc>
        <w:tc>
          <w:tcPr>
            <w:tcW w:w="4320" w:type="dxa"/>
          </w:tcPr>
          <w:p w14:paraId="2332CC6F" w14:textId="77777777" w:rsidR="00CD3209" w:rsidRDefault="00000000" w:rsidP="003475B2">
            <w:r>
              <w:t>450,000</w:t>
            </w:r>
          </w:p>
        </w:tc>
      </w:tr>
      <w:tr w:rsidR="00CD3209" w14:paraId="49EEB462" w14:textId="77777777" w:rsidTr="003475B2">
        <w:tc>
          <w:tcPr>
            <w:tcW w:w="4320" w:type="dxa"/>
          </w:tcPr>
          <w:p w14:paraId="275FB21A" w14:textId="77777777" w:rsidR="00CD3209" w:rsidRDefault="00000000" w:rsidP="003475B2">
            <w:r>
              <w:t>Medicines</w:t>
            </w:r>
          </w:p>
        </w:tc>
        <w:tc>
          <w:tcPr>
            <w:tcW w:w="4320" w:type="dxa"/>
          </w:tcPr>
          <w:p w14:paraId="1D4061A5" w14:textId="77777777" w:rsidR="00CD3209" w:rsidRDefault="00000000" w:rsidP="003475B2">
            <w:r>
              <w:t>700,000</w:t>
            </w:r>
          </w:p>
        </w:tc>
      </w:tr>
      <w:tr w:rsidR="00CD3209" w14:paraId="6DD0D2A8" w14:textId="77777777" w:rsidTr="003475B2">
        <w:tc>
          <w:tcPr>
            <w:tcW w:w="4320" w:type="dxa"/>
          </w:tcPr>
          <w:p w14:paraId="658AEB57" w14:textId="77777777" w:rsidR="00CD3209" w:rsidRDefault="00000000" w:rsidP="003475B2">
            <w:r>
              <w:t>Free consultations (2 volunteer doctors, 2 paid doctors)</w:t>
            </w:r>
          </w:p>
        </w:tc>
        <w:tc>
          <w:tcPr>
            <w:tcW w:w="4320" w:type="dxa"/>
          </w:tcPr>
          <w:p w14:paraId="1D735D59" w14:textId="77777777" w:rsidR="00CD3209" w:rsidRDefault="00000000" w:rsidP="003475B2">
            <w:r>
              <w:t>250,000</w:t>
            </w:r>
          </w:p>
        </w:tc>
      </w:tr>
      <w:tr w:rsidR="00CD3209" w14:paraId="0DF77151" w14:textId="77777777" w:rsidTr="003475B2">
        <w:tc>
          <w:tcPr>
            <w:tcW w:w="4320" w:type="dxa"/>
          </w:tcPr>
          <w:p w14:paraId="7F2E6120" w14:textId="77777777" w:rsidR="00CD3209" w:rsidRDefault="00000000" w:rsidP="003475B2">
            <w:r>
              <w:t>Transport (minibus + fuel)</w:t>
            </w:r>
          </w:p>
        </w:tc>
        <w:tc>
          <w:tcPr>
            <w:tcW w:w="4320" w:type="dxa"/>
          </w:tcPr>
          <w:p w14:paraId="3151109F" w14:textId="77777777" w:rsidR="00CD3209" w:rsidRDefault="00000000" w:rsidP="003475B2">
            <w:r>
              <w:t>270,000</w:t>
            </w:r>
          </w:p>
        </w:tc>
      </w:tr>
      <w:tr w:rsidR="00CD3209" w14:paraId="172D9E5B" w14:textId="77777777" w:rsidTr="003475B2">
        <w:tc>
          <w:tcPr>
            <w:tcW w:w="4320" w:type="dxa"/>
          </w:tcPr>
          <w:p w14:paraId="68C2E3D3" w14:textId="77777777" w:rsidR="00CD3209" w:rsidRDefault="00000000" w:rsidP="003475B2">
            <w:r>
              <w:t>Accommodation and equipment</w:t>
            </w:r>
          </w:p>
        </w:tc>
        <w:tc>
          <w:tcPr>
            <w:tcW w:w="4320" w:type="dxa"/>
          </w:tcPr>
          <w:p w14:paraId="17AB06B9" w14:textId="77777777" w:rsidR="00CD3209" w:rsidRDefault="00000000" w:rsidP="003475B2">
            <w:r>
              <w:t>250,000</w:t>
            </w:r>
          </w:p>
        </w:tc>
      </w:tr>
      <w:tr w:rsidR="00CD3209" w14:paraId="3EC252F4" w14:textId="77777777" w:rsidTr="003475B2">
        <w:tc>
          <w:tcPr>
            <w:tcW w:w="4320" w:type="dxa"/>
          </w:tcPr>
          <w:p w14:paraId="4C20D6E9" w14:textId="77777777" w:rsidR="00CD3209" w:rsidRDefault="00000000" w:rsidP="003475B2">
            <w:r>
              <w:t>Meals on site (team)</w:t>
            </w:r>
          </w:p>
        </w:tc>
        <w:tc>
          <w:tcPr>
            <w:tcW w:w="4320" w:type="dxa"/>
          </w:tcPr>
          <w:p w14:paraId="22E177EC" w14:textId="77777777" w:rsidR="00CD3209" w:rsidRDefault="00000000" w:rsidP="003475B2">
            <w:r>
              <w:t>150,000</w:t>
            </w:r>
          </w:p>
        </w:tc>
      </w:tr>
      <w:tr w:rsidR="00CD3209" w14:paraId="5CD91AE7" w14:textId="77777777" w:rsidTr="003475B2">
        <w:tc>
          <w:tcPr>
            <w:tcW w:w="4320" w:type="dxa"/>
          </w:tcPr>
          <w:p w14:paraId="3FF539A6" w14:textId="77777777" w:rsidR="00CD3209" w:rsidRDefault="00000000" w:rsidP="003475B2">
            <w:r>
              <w:t>Clothes (second-hand)</w:t>
            </w:r>
          </w:p>
        </w:tc>
        <w:tc>
          <w:tcPr>
            <w:tcW w:w="4320" w:type="dxa"/>
          </w:tcPr>
          <w:p w14:paraId="3DB17B6F" w14:textId="77777777" w:rsidR="00CD3209" w:rsidRDefault="00000000" w:rsidP="003475B2">
            <w:r>
              <w:t>125,000</w:t>
            </w:r>
          </w:p>
        </w:tc>
      </w:tr>
      <w:tr w:rsidR="00CD3209" w14:paraId="1011E76C" w14:textId="77777777" w:rsidTr="003475B2">
        <w:tc>
          <w:tcPr>
            <w:tcW w:w="4320" w:type="dxa"/>
          </w:tcPr>
          <w:p w14:paraId="0FE9F7FF" w14:textId="77777777" w:rsidR="00CD3209" w:rsidRDefault="00000000" w:rsidP="003475B2">
            <w:r>
              <w:t>Card and t-shirt production</w:t>
            </w:r>
          </w:p>
        </w:tc>
        <w:tc>
          <w:tcPr>
            <w:tcW w:w="4320" w:type="dxa"/>
          </w:tcPr>
          <w:p w14:paraId="1DDBB094" w14:textId="77777777" w:rsidR="00CD3209" w:rsidRDefault="00000000" w:rsidP="003475B2">
            <w:r>
              <w:t>150,000</w:t>
            </w:r>
          </w:p>
        </w:tc>
      </w:tr>
      <w:tr w:rsidR="00CD3209" w14:paraId="40557DD5" w14:textId="77777777" w:rsidTr="003475B2">
        <w:tc>
          <w:tcPr>
            <w:tcW w:w="4320" w:type="dxa"/>
          </w:tcPr>
          <w:p w14:paraId="19E7E2EB" w14:textId="77777777" w:rsidR="00CD3209" w:rsidRDefault="00000000" w:rsidP="003475B2">
            <w:r>
              <w:t>Medical materials</w:t>
            </w:r>
          </w:p>
        </w:tc>
        <w:tc>
          <w:tcPr>
            <w:tcW w:w="4320" w:type="dxa"/>
          </w:tcPr>
          <w:p w14:paraId="6FF90C30" w14:textId="77777777" w:rsidR="00CD3209" w:rsidRDefault="00000000" w:rsidP="003475B2">
            <w:r>
              <w:t>95,000</w:t>
            </w:r>
          </w:p>
        </w:tc>
      </w:tr>
      <w:tr w:rsidR="00CD3209" w14:paraId="24C70506" w14:textId="77777777" w:rsidTr="003475B2">
        <w:tc>
          <w:tcPr>
            <w:tcW w:w="4320" w:type="dxa"/>
          </w:tcPr>
          <w:p w14:paraId="2AC9198A" w14:textId="77777777" w:rsidR="00CD3209" w:rsidRDefault="00000000" w:rsidP="003475B2">
            <w:r>
              <w:t>Total</w:t>
            </w:r>
          </w:p>
        </w:tc>
        <w:tc>
          <w:tcPr>
            <w:tcW w:w="4320" w:type="dxa"/>
          </w:tcPr>
          <w:p w14:paraId="7FE58FB5" w14:textId="77777777" w:rsidR="00CD3209" w:rsidRDefault="00000000" w:rsidP="003475B2">
            <w:r>
              <w:t>3,690,000</w:t>
            </w:r>
          </w:p>
        </w:tc>
      </w:tr>
    </w:tbl>
    <w:p w14:paraId="02186ACF" w14:textId="77777777" w:rsidR="0052093C" w:rsidRDefault="0052093C"/>
    <w:sectPr w:rsidR="005209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41625802">
    <w:abstractNumId w:val="8"/>
  </w:num>
  <w:num w:numId="2" w16cid:durableId="1819305002">
    <w:abstractNumId w:val="6"/>
  </w:num>
  <w:num w:numId="3" w16cid:durableId="646206828">
    <w:abstractNumId w:val="5"/>
  </w:num>
  <w:num w:numId="4" w16cid:durableId="1216240042">
    <w:abstractNumId w:val="4"/>
  </w:num>
  <w:num w:numId="5" w16cid:durableId="1678732888">
    <w:abstractNumId w:val="7"/>
  </w:num>
  <w:num w:numId="6" w16cid:durableId="1058288913">
    <w:abstractNumId w:val="3"/>
  </w:num>
  <w:num w:numId="7" w16cid:durableId="1059593070">
    <w:abstractNumId w:val="2"/>
  </w:num>
  <w:num w:numId="8" w16cid:durableId="929774223">
    <w:abstractNumId w:val="1"/>
  </w:num>
  <w:num w:numId="9" w16cid:durableId="621421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2E1"/>
    <w:rsid w:val="00034616"/>
    <w:rsid w:val="0006063C"/>
    <w:rsid w:val="0015074B"/>
    <w:rsid w:val="0029639D"/>
    <w:rsid w:val="00326F90"/>
    <w:rsid w:val="003475B2"/>
    <w:rsid w:val="0052093C"/>
    <w:rsid w:val="00AA1D8D"/>
    <w:rsid w:val="00B47730"/>
    <w:rsid w:val="00CB0664"/>
    <w:rsid w:val="00CD320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0B484A"/>
  <w14:defaultImageDpi w14:val="300"/>
  <w15:docId w15:val="{94DC432B-4024-42DE-AC51-7362409D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393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Sékou Dembélé</cp:lastModifiedBy>
  <cp:revision>2</cp:revision>
  <dcterms:created xsi:type="dcterms:W3CDTF">2013-12-23T23:15:00Z</dcterms:created>
  <dcterms:modified xsi:type="dcterms:W3CDTF">2024-11-16T14:05:00Z</dcterms:modified>
  <cp:category/>
</cp:coreProperties>
</file>